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Comparing the Parties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Political Parties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one party's leader and one of its big ideas.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Which issue matters most to you in this election? Why?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should voters check more than one source before deciding?</w:t>
      </w:r>
    </w:p>
    <w:p>
      <w:pPr>
        <w:spacing w:after="80"/>
      </w:pPr>
      <w:r>
        <w:rPr>
          <w:b w:val="0"/>
          <w:i/>
          <w:sz w:val="18"/>
        </w:rPr>
        <w:t>(Grade 6 / challenge: how can an ad change what voters think?)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compare political parties and explain what matters to me.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